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19519" w14:textId="07F323A5" w:rsidR="00522996" w:rsidRDefault="00F004E4" w:rsidP="00522996">
      <w:pPr>
        <w:spacing w:after="0" w:line="240" w:lineRule="auto"/>
        <w:contextualSpacing/>
        <w:rPr>
          <w:rFonts w:ascii="Arial" w:hAnsi="Arial" w:cs="Arial"/>
          <w:b/>
          <w:bCs/>
          <w:sz w:val="24"/>
          <w:szCs w:val="24"/>
          <w:u w:val="single"/>
        </w:rPr>
      </w:pPr>
      <w:r>
        <w:rPr>
          <w:rFonts w:ascii="Arial" w:hAnsi="Arial" w:cs="Arial"/>
          <w:b/>
          <w:bCs/>
          <w:sz w:val="24"/>
          <w:szCs w:val="24"/>
          <w:u w:val="single"/>
        </w:rPr>
        <w:t>1</w:t>
      </w:r>
      <w:r w:rsidRPr="00F004E4">
        <w:rPr>
          <w:rFonts w:ascii="Arial" w:hAnsi="Arial" w:cs="Arial"/>
          <w:b/>
          <w:bCs/>
          <w:sz w:val="24"/>
          <w:szCs w:val="24"/>
          <w:u w:val="single"/>
          <w:vertAlign w:val="superscript"/>
        </w:rPr>
        <w:t>st</w:t>
      </w:r>
      <w:r>
        <w:rPr>
          <w:rFonts w:ascii="Arial" w:hAnsi="Arial" w:cs="Arial"/>
          <w:b/>
          <w:bCs/>
          <w:sz w:val="24"/>
          <w:szCs w:val="24"/>
          <w:u w:val="single"/>
        </w:rPr>
        <w:t xml:space="preserve"> Revised </w:t>
      </w:r>
      <w:r w:rsidR="00522996">
        <w:rPr>
          <w:rFonts w:ascii="Arial" w:hAnsi="Arial" w:cs="Arial"/>
          <w:b/>
          <w:bCs/>
          <w:sz w:val="24"/>
          <w:szCs w:val="24"/>
          <w:u w:val="single"/>
        </w:rPr>
        <w:t>HAND CALL Schedule – November 2026</w:t>
      </w:r>
      <w:r w:rsidR="00522996">
        <w:rPr>
          <w:rFonts w:ascii="Arial" w:hAnsi="Arial" w:cs="Arial"/>
          <w:b/>
          <w:bCs/>
          <w:sz w:val="24"/>
          <w:szCs w:val="24"/>
          <w:u w:val="single"/>
        </w:rPr>
        <w:br/>
      </w:r>
    </w:p>
    <w:p w14:paraId="24037ED7" w14:textId="77777777" w:rsidR="0030499B" w:rsidRDefault="0030499B" w:rsidP="0030499B">
      <w:pPr>
        <w:spacing w:after="100" w:afterAutospacing="1" w:line="240" w:lineRule="auto"/>
        <w:contextualSpacing/>
      </w:pPr>
      <w:r>
        <w:t>Nov 01 — Mercy [Sunday]</w:t>
      </w:r>
    </w:p>
    <w:p w14:paraId="3525D626" w14:textId="77777777" w:rsidR="0030499B" w:rsidRDefault="0030499B" w:rsidP="0030499B">
      <w:pPr>
        <w:spacing w:after="100" w:afterAutospacing="1" w:line="240" w:lineRule="auto"/>
        <w:contextualSpacing/>
      </w:pPr>
      <w:r>
        <w:t xml:space="preserve">Nov 02 — </w:t>
      </w:r>
      <w:proofErr w:type="spellStart"/>
      <w:r>
        <w:t>OUHealth</w:t>
      </w:r>
      <w:proofErr w:type="spellEnd"/>
    </w:p>
    <w:p w14:paraId="079533B2" w14:textId="77777777" w:rsidR="0030499B" w:rsidRDefault="0030499B" w:rsidP="0030499B">
      <w:pPr>
        <w:spacing w:after="100" w:afterAutospacing="1" w:line="240" w:lineRule="auto"/>
        <w:contextualSpacing/>
      </w:pPr>
      <w:r>
        <w:t>Nov 03 — INTEGRIS-Baptist</w:t>
      </w:r>
    </w:p>
    <w:p w14:paraId="01ECD683" w14:textId="77777777" w:rsidR="0030499B" w:rsidRDefault="0030499B" w:rsidP="0030499B">
      <w:pPr>
        <w:spacing w:after="100" w:afterAutospacing="1" w:line="240" w:lineRule="auto"/>
        <w:contextualSpacing/>
      </w:pPr>
      <w:r>
        <w:t xml:space="preserve">Nov 04 — </w:t>
      </w:r>
      <w:proofErr w:type="spellStart"/>
      <w:r>
        <w:t>OUHealth</w:t>
      </w:r>
      <w:proofErr w:type="spellEnd"/>
    </w:p>
    <w:p w14:paraId="75EDFE75" w14:textId="77777777" w:rsidR="0030499B" w:rsidRDefault="0030499B" w:rsidP="0030499B">
      <w:pPr>
        <w:spacing w:after="100" w:afterAutospacing="1" w:line="240" w:lineRule="auto"/>
        <w:contextualSpacing/>
      </w:pPr>
      <w:r>
        <w:t>Nov 05 — SSM-St. Anthony</w:t>
      </w:r>
    </w:p>
    <w:p w14:paraId="4647C86A" w14:textId="77777777" w:rsidR="0030499B" w:rsidRDefault="0030499B" w:rsidP="0030499B">
      <w:pPr>
        <w:spacing w:after="100" w:afterAutospacing="1" w:line="240" w:lineRule="auto"/>
        <w:contextualSpacing/>
      </w:pPr>
      <w:r>
        <w:t>Nov 06 — Mercy</w:t>
      </w:r>
    </w:p>
    <w:p w14:paraId="4AE0694B" w14:textId="77777777" w:rsidR="0030499B" w:rsidRDefault="0030499B" w:rsidP="0030499B">
      <w:pPr>
        <w:spacing w:after="100" w:afterAutospacing="1" w:line="240" w:lineRule="auto"/>
        <w:contextualSpacing/>
      </w:pPr>
      <w:r>
        <w:t xml:space="preserve">Nov 07 — </w:t>
      </w:r>
      <w:proofErr w:type="spellStart"/>
      <w:r>
        <w:t>OUHealth</w:t>
      </w:r>
      <w:proofErr w:type="spellEnd"/>
      <w:r>
        <w:t xml:space="preserve"> [Saturday]</w:t>
      </w:r>
    </w:p>
    <w:p w14:paraId="1E343379" w14:textId="19C09862" w:rsidR="0030499B" w:rsidRDefault="0030499B" w:rsidP="0030499B">
      <w:pPr>
        <w:spacing w:after="100" w:afterAutospacing="1" w:line="240" w:lineRule="auto"/>
        <w:contextualSpacing/>
      </w:pPr>
      <w:r>
        <w:t>Nov 08 — INTEGRIS-</w:t>
      </w:r>
      <w:r w:rsidR="00116B77">
        <w:t>Baptist</w:t>
      </w:r>
      <w:r>
        <w:t xml:space="preserve"> [Sunday]</w:t>
      </w:r>
    </w:p>
    <w:p w14:paraId="53A75889" w14:textId="77777777" w:rsidR="0030499B" w:rsidRDefault="0030499B" w:rsidP="0030499B">
      <w:pPr>
        <w:spacing w:after="100" w:afterAutospacing="1" w:line="240" w:lineRule="auto"/>
        <w:contextualSpacing/>
      </w:pPr>
      <w:r>
        <w:t xml:space="preserve">Nov 09 — </w:t>
      </w:r>
      <w:proofErr w:type="spellStart"/>
      <w:r>
        <w:t>OUHealth</w:t>
      </w:r>
      <w:proofErr w:type="spellEnd"/>
    </w:p>
    <w:p w14:paraId="55FC66B8" w14:textId="77777777" w:rsidR="0030499B" w:rsidRDefault="0030499B" w:rsidP="0030499B">
      <w:pPr>
        <w:spacing w:after="100" w:afterAutospacing="1" w:line="240" w:lineRule="auto"/>
        <w:contextualSpacing/>
      </w:pPr>
      <w:r>
        <w:t>Nov 10 — SSM-St. Anthony</w:t>
      </w:r>
    </w:p>
    <w:p w14:paraId="4EFD90B6" w14:textId="77777777" w:rsidR="0030499B" w:rsidRDefault="0030499B" w:rsidP="0030499B">
      <w:pPr>
        <w:spacing w:after="100" w:afterAutospacing="1" w:line="240" w:lineRule="auto"/>
        <w:contextualSpacing/>
      </w:pPr>
      <w:r>
        <w:t>Nov 11 — Mercy (Holiday: Veterans Day)</w:t>
      </w:r>
    </w:p>
    <w:p w14:paraId="70A57739" w14:textId="77777777" w:rsidR="0030499B" w:rsidRDefault="0030499B" w:rsidP="0030499B">
      <w:pPr>
        <w:spacing w:after="100" w:afterAutospacing="1" w:line="240" w:lineRule="auto"/>
        <w:contextualSpacing/>
      </w:pPr>
      <w:r>
        <w:t xml:space="preserve">Nov 12 — </w:t>
      </w:r>
      <w:proofErr w:type="spellStart"/>
      <w:r>
        <w:t>OUHealth</w:t>
      </w:r>
      <w:proofErr w:type="spellEnd"/>
    </w:p>
    <w:p w14:paraId="16DBAF22" w14:textId="77777777" w:rsidR="0030499B" w:rsidRDefault="0030499B" w:rsidP="0030499B">
      <w:pPr>
        <w:spacing w:after="100" w:afterAutospacing="1" w:line="240" w:lineRule="auto"/>
        <w:contextualSpacing/>
      </w:pPr>
      <w:r>
        <w:t>Nov 13 — INTEGRIS-Baptist</w:t>
      </w:r>
    </w:p>
    <w:p w14:paraId="04DA74B6" w14:textId="77777777" w:rsidR="0030499B" w:rsidRDefault="0030499B" w:rsidP="0030499B">
      <w:pPr>
        <w:spacing w:after="100" w:afterAutospacing="1" w:line="240" w:lineRule="auto"/>
        <w:contextualSpacing/>
      </w:pPr>
      <w:r>
        <w:t xml:space="preserve">Nov 14 — </w:t>
      </w:r>
      <w:proofErr w:type="spellStart"/>
      <w:r>
        <w:t>OUHealth</w:t>
      </w:r>
      <w:proofErr w:type="spellEnd"/>
      <w:r>
        <w:t xml:space="preserve"> [Saturday]</w:t>
      </w:r>
    </w:p>
    <w:p w14:paraId="4BBC16ED" w14:textId="6242B1C4" w:rsidR="0030499B" w:rsidRDefault="0030499B" w:rsidP="0030499B">
      <w:pPr>
        <w:spacing w:after="100" w:afterAutospacing="1" w:line="240" w:lineRule="auto"/>
        <w:contextualSpacing/>
      </w:pPr>
      <w:r w:rsidRPr="00BB1F37">
        <w:rPr>
          <w:highlight w:val="yellow"/>
        </w:rPr>
        <w:t xml:space="preserve">Nov 15 — </w:t>
      </w:r>
      <w:proofErr w:type="spellStart"/>
      <w:proofErr w:type="gramStart"/>
      <w:r w:rsidR="00BB1F37" w:rsidRPr="00BB1F37">
        <w:rPr>
          <w:highlight w:val="yellow"/>
        </w:rPr>
        <w:t>OUHealth</w:t>
      </w:r>
      <w:proofErr w:type="spellEnd"/>
      <w:r w:rsidRPr="00BB1F37">
        <w:rPr>
          <w:highlight w:val="yellow"/>
        </w:rPr>
        <w:t>[</w:t>
      </w:r>
      <w:proofErr w:type="gramEnd"/>
      <w:r w:rsidRPr="00BB1F37">
        <w:rPr>
          <w:highlight w:val="yellow"/>
        </w:rPr>
        <w:t>Sunday</w:t>
      </w:r>
      <w:r w:rsidR="00BB1F37">
        <w:t>)</w:t>
      </w:r>
    </w:p>
    <w:p w14:paraId="09C84D67" w14:textId="77777777" w:rsidR="0030499B" w:rsidRDefault="0030499B" w:rsidP="0030499B">
      <w:pPr>
        <w:spacing w:after="100" w:afterAutospacing="1" w:line="240" w:lineRule="auto"/>
        <w:contextualSpacing/>
      </w:pPr>
      <w:r>
        <w:t>Nov 16 — Mercy</w:t>
      </w:r>
    </w:p>
    <w:p w14:paraId="644E30F2" w14:textId="30DDE8BA" w:rsidR="0030499B" w:rsidRDefault="0030499B" w:rsidP="0030499B">
      <w:pPr>
        <w:spacing w:after="100" w:afterAutospacing="1" w:line="240" w:lineRule="auto"/>
        <w:contextualSpacing/>
      </w:pPr>
      <w:r w:rsidRPr="00BB1F37">
        <w:rPr>
          <w:highlight w:val="yellow"/>
        </w:rPr>
        <w:t xml:space="preserve">Nov 17 — </w:t>
      </w:r>
      <w:proofErr w:type="spellStart"/>
      <w:r w:rsidR="00BB1F37" w:rsidRPr="00BB1F37">
        <w:rPr>
          <w:highlight w:val="yellow"/>
        </w:rPr>
        <w:t>SSMHealth</w:t>
      </w:r>
      <w:proofErr w:type="spellEnd"/>
    </w:p>
    <w:p w14:paraId="26B8AD86" w14:textId="57C1E1CE" w:rsidR="0030499B" w:rsidRDefault="0030499B" w:rsidP="0030499B">
      <w:pPr>
        <w:spacing w:after="100" w:afterAutospacing="1" w:line="240" w:lineRule="auto"/>
        <w:contextualSpacing/>
      </w:pPr>
      <w:r>
        <w:t>Nov 18 — INTEGRIS-</w:t>
      </w:r>
      <w:r w:rsidR="00116B77">
        <w:t>Baptist</w:t>
      </w:r>
    </w:p>
    <w:p w14:paraId="15E5BFF4" w14:textId="77777777" w:rsidR="0030499B" w:rsidRDefault="0030499B" w:rsidP="0030499B">
      <w:pPr>
        <w:spacing w:after="100" w:afterAutospacing="1" w:line="240" w:lineRule="auto"/>
        <w:contextualSpacing/>
      </w:pPr>
      <w:r>
        <w:t xml:space="preserve">Nov 19 — </w:t>
      </w:r>
      <w:proofErr w:type="spellStart"/>
      <w:r>
        <w:t>OUHealth</w:t>
      </w:r>
      <w:proofErr w:type="spellEnd"/>
    </w:p>
    <w:p w14:paraId="2A01B80D" w14:textId="08342C64" w:rsidR="0030499B" w:rsidRDefault="0030499B" w:rsidP="0030499B">
      <w:pPr>
        <w:spacing w:after="100" w:afterAutospacing="1" w:line="240" w:lineRule="auto"/>
        <w:contextualSpacing/>
      </w:pPr>
      <w:r w:rsidRPr="00BB1F37">
        <w:rPr>
          <w:highlight w:val="yellow"/>
        </w:rPr>
        <w:t xml:space="preserve">Nov 20 — </w:t>
      </w:r>
      <w:proofErr w:type="spellStart"/>
      <w:r w:rsidR="00BB1F37" w:rsidRPr="00BB1F37">
        <w:rPr>
          <w:highlight w:val="yellow"/>
        </w:rPr>
        <w:t>OUHealth</w:t>
      </w:r>
      <w:proofErr w:type="spellEnd"/>
    </w:p>
    <w:p w14:paraId="1EFE9E58" w14:textId="77777777" w:rsidR="0030499B" w:rsidRDefault="0030499B" w:rsidP="0030499B">
      <w:pPr>
        <w:spacing w:after="100" w:afterAutospacing="1" w:line="240" w:lineRule="auto"/>
        <w:contextualSpacing/>
      </w:pPr>
      <w:r>
        <w:t>Nov 21 — Mercy [Saturday]</w:t>
      </w:r>
    </w:p>
    <w:p w14:paraId="290D64B8" w14:textId="77777777" w:rsidR="0030499B" w:rsidRDefault="0030499B" w:rsidP="0030499B">
      <w:pPr>
        <w:spacing w:after="100" w:afterAutospacing="1" w:line="240" w:lineRule="auto"/>
        <w:contextualSpacing/>
      </w:pPr>
      <w:r>
        <w:t xml:space="preserve">Nov 22 — </w:t>
      </w:r>
      <w:proofErr w:type="spellStart"/>
      <w:r>
        <w:t>OUHealth</w:t>
      </w:r>
      <w:proofErr w:type="spellEnd"/>
      <w:r>
        <w:t xml:space="preserve"> [Sunday]</w:t>
      </w:r>
    </w:p>
    <w:p w14:paraId="01DDBD04" w14:textId="77777777" w:rsidR="0030499B" w:rsidRDefault="0030499B" w:rsidP="0030499B">
      <w:pPr>
        <w:spacing w:after="100" w:afterAutospacing="1" w:line="240" w:lineRule="auto"/>
        <w:contextualSpacing/>
      </w:pPr>
      <w:r>
        <w:t>Nov 23 — INTEGRIS-Baptist</w:t>
      </w:r>
    </w:p>
    <w:p w14:paraId="32A8F196" w14:textId="77777777" w:rsidR="0030499B" w:rsidRDefault="0030499B" w:rsidP="0030499B">
      <w:pPr>
        <w:spacing w:after="100" w:afterAutospacing="1" w:line="240" w:lineRule="auto"/>
        <w:contextualSpacing/>
      </w:pPr>
      <w:r>
        <w:t xml:space="preserve">Nov 24 — </w:t>
      </w:r>
      <w:proofErr w:type="spellStart"/>
      <w:r>
        <w:t>OUHealth</w:t>
      </w:r>
      <w:proofErr w:type="spellEnd"/>
    </w:p>
    <w:p w14:paraId="1648C4A4" w14:textId="335C89EE" w:rsidR="0030499B" w:rsidRDefault="0030499B" w:rsidP="0030499B">
      <w:pPr>
        <w:spacing w:after="100" w:afterAutospacing="1" w:line="240" w:lineRule="auto"/>
        <w:contextualSpacing/>
      </w:pPr>
      <w:r w:rsidRPr="00BB1F37">
        <w:rPr>
          <w:highlight w:val="yellow"/>
        </w:rPr>
        <w:t xml:space="preserve">Nov 25 — </w:t>
      </w:r>
      <w:proofErr w:type="spellStart"/>
      <w:r w:rsidR="00BB1F37" w:rsidRPr="00BB1F37">
        <w:rPr>
          <w:highlight w:val="yellow"/>
        </w:rPr>
        <w:t>OUHealth</w:t>
      </w:r>
      <w:proofErr w:type="spellEnd"/>
    </w:p>
    <w:p w14:paraId="00AC7417" w14:textId="77777777" w:rsidR="0030499B" w:rsidRDefault="0030499B" w:rsidP="0030499B">
      <w:pPr>
        <w:spacing w:after="100" w:afterAutospacing="1" w:line="240" w:lineRule="auto"/>
        <w:contextualSpacing/>
      </w:pPr>
      <w:r>
        <w:t>Nov 26 — Mercy (Holiday: Thanksgiving Day)</w:t>
      </w:r>
    </w:p>
    <w:p w14:paraId="72EE45C8" w14:textId="77777777" w:rsidR="0030499B" w:rsidRDefault="0030499B" w:rsidP="0030499B">
      <w:pPr>
        <w:spacing w:after="100" w:afterAutospacing="1" w:line="240" w:lineRule="auto"/>
        <w:contextualSpacing/>
      </w:pPr>
      <w:r>
        <w:t xml:space="preserve">Nov 27 — </w:t>
      </w:r>
      <w:proofErr w:type="spellStart"/>
      <w:r>
        <w:t>OUHealth</w:t>
      </w:r>
      <w:proofErr w:type="spellEnd"/>
    </w:p>
    <w:p w14:paraId="39F80909" w14:textId="6072E23C" w:rsidR="0030499B" w:rsidRDefault="0030499B" w:rsidP="0030499B">
      <w:pPr>
        <w:spacing w:after="100" w:afterAutospacing="1" w:line="240" w:lineRule="auto"/>
        <w:contextualSpacing/>
      </w:pPr>
      <w:r>
        <w:t>Nov 28 — INTEGRIS-</w:t>
      </w:r>
      <w:r w:rsidR="00116B77">
        <w:t>Baptist</w:t>
      </w:r>
      <w:r>
        <w:t xml:space="preserve"> [Saturday]</w:t>
      </w:r>
    </w:p>
    <w:p w14:paraId="7B7F7B8D" w14:textId="77777777" w:rsidR="0030499B" w:rsidRDefault="0030499B" w:rsidP="0030499B">
      <w:pPr>
        <w:spacing w:after="100" w:afterAutospacing="1" w:line="240" w:lineRule="auto"/>
        <w:contextualSpacing/>
      </w:pPr>
      <w:r>
        <w:t xml:space="preserve">Nov 29 — </w:t>
      </w:r>
      <w:proofErr w:type="spellStart"/>
      <w:r>
        <w:t>OUHealth</w:t>
      </w:r>
      <w:proofErr w:type="spellEnd"/>
      <w:r>
        <w:t xml:space="preserve"> [Sunday]</w:t>
      </w:r>
    </w:p>
    <w:p w14:paraId="64B3D5E5" w14:textId="77777777" w:rsidR="0030499B" w:rsidRDefault="0030499B" w:rsidP="0030499B">
      <w:pPr>
        <w:spacing w:after="100" w:afterAutospacing="1" w:line="240" w:lineRule="auto"/>
        <w:contextualSpacing/>
      </w:pPr>
      <w:r>
        <w:t>Nov 30 — SSM-St. Anthony</w:t>
      </w:r>
    </w:p>
    <w:p w14:paraId="2447ABCE" w14:textId="6C16067B" w:rsidR="00522996" w:rsidRDefault="00522996" w:rsidP="0030499B">
      <w:pPr>
        <w:spacing w:after="0" w:line="240" w:lineRule="auto"/>
        <w:contextualSpacing/>
      </w:pPr>
    </w:p>
    <w:sectPr w:rsidR="00522996" w:rsidSect="00BE5A26">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C3EBD" w14:textId="77777777" w:rsidR="00290985" w:rsidRDefault="00290985" w:rsidP="00BE5A26">
      <w:pPr>
        <w:spacing w:after="0" w:line="240" w:lineRule="auto"/>
      </w:pPr>
      <w:r>
        <w:separator/>
      </w:r>
    </w:p>
  </w:endnote>
  <w:endnote w:type="continuationSeparator" w:id="0">
    <w:p w14:paraId="0AFB08A0" w14:textId="77777777" w:rsidR="00290985" w:rsidRDefault="00290985" w:rsidP="00BE5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0D8D1" w14:textId="77777777" w:rsidR="007B52E0" w:rsidRDefault="007B52E0" w:rsidP="007B52E0">
    <w:pPr>
      <w:pStyle w:val="ListParagraph"/>
      <w:spacing w:after="0" w:line="240" w:lineRule="auto"/>
      <w:rPr>
        <w:b/>
        <w:sz w:val="18"/>
        <w:szCs w:val="18"/>
        <w:u w:val="single"/>
      </w:rPr>
    </w:pPr>
    <w:r>
      <w:rPr>
        <w:b/>
        <w:sz w:val="18"/>
        <w:szCs w:val="18"/>
        <w:u w:val="single"/>
      </w:rPr>
      <w:t>NOTE:</w:t>
    </w:r>
  </w:p>
  <w:p w14:paraId="637ABA04" w14:textId="77777777" w:rsidR="007B52E0" w:rsidRPr="002B68F3" w:rsidRDefault="007B52E0" w:rsidP="007B52E0">
    <w:pPr>
      <w:numPr>
        <w:ilvl w:val="0"/>
        <w:numId w:val="10"/>
      </w:numPr>
      <w:spacing w:after="0" w:line="240" w:lineRule="auto"/>
      <w:rPr>
        <w:rFonts w:eastAsia="Times New Roman" w:cs="Calibri"/>
        <w:sz w:val="18"/>
        <w:szCs w:val="18"/>
      </w:rPr>
    </w:pPr>
    <w:r>
      <w:rPr>
        <w:rFonts w:eastAsia="Times New Roman" w:cs="Arial"/>
        <w:sz w:val="18"/>
        <w:szCs w:val="18"/>
      </w:rPr>
      <w:t>When “on call,” each hospital will arrange coverage through hospital transfer agreements or provide pediatric and adult hand trauma. </w:t>
    </w:r>
    <w:r w:rsidRPr="002B68F3">
      <w:rPr>
        <w:sz w:val="18"/>
        <w:szCs w:val="18"/>
      </w:rPr>
      <w:t xml:space="preserve"> </w:t>
    </w:r>
  </w:p>
  <w:p w14:paraId="7E049D41" w14:textId="77777777" w:rsidR="00BE5A26" w:rsidRPr="00AE1EF3" w:rsidRDefault="00BE5A26" w:rsidP="00BE5A26">
    <w:pPr>
      <w:pStyle w:val="Footer"/>
      <w:numPr>
        <w:ilvl w:val="0"/>
        <w:numId w:val="10"/>
      </w:numPr>
      <w:rPr>
        <w:sz w:val="18"/>
        <w:szCs w:val="18"/>
      </w:rPr>
    </w:pPr>
    <w:r w:rsidRPr="00AE1EF3">
      <w:rPr>
        <w:sz w:val="18"/>
        <w:szCs w:val="18"/>
      </w:rPr>
      <w:t xml:space="preserve">This schedule is for unassigned, Priority 2 patients with single-system injury, or at risk for injury that at least </w:t>
    </w:r>
    <w:proofErr w:type="gramStart"/>
    <w:r w:rsidRPr="00AE1EF3">
      <w:rPr>
        <w:sz w:val="18"/>
        <w:szCs w:val="18"/>
      </w:rPr>
      <w:t>include</w:t>
    </w:r>
    <w:proofErr w:type="gramEnd"/>
    <w:r w:rsidRPr="00AE1EF3">
      <w:rPr>
        <w:sz w:val="18"/>
        <w:szCs w:val="18"/>
      </w:rPr>
      <w:t xml:space="preserve"> hand trauma, but currently stable, </w:t>
    </w:r>
    <w:r w:rsidRPr="00AE1EF3">
      <w:rPr>
        <w:b/>
        <w:bCs/>
        <w:sz w:val="18"/>
        <w:szCs w:val="18"/>
      </w:rPr>
      <w:t>transported by EMS within or into the metropolitan area from other regions of the State</w:t>
    </w:r>
    <w:r w:rsidRPr="00AE1EF3">
      <w:rPr>
        <w:sz w:val="18"/>
        <w:szCs w:val="18"/>
      </w:rPr>
      <w:t xml:space="preserve">. </w:t>
    </w:r>
  </w:p>
  <w:p w14:paraId="1211C94B" w14:textId="77777777" w:rsidR="00BE5A26" w:rsidRPr="00AE1EF3" w:rsidRDefault="00BE5A26" w:rsidP="00BE5A26">
    <w:pPr>
      <w:pStyle w:val="Footer"/>
      <w:numPr>
        <w:ilvl w:val="0"/>
        <w:numId w:val="10"/>
      </w:numPr>
      <w:rPr>
        <w:sz w:val="18"/>
        <w:szCs w:val="18"/>
      </w:rPr>
    </w:pPr>
    <w:proofErr w:type="gramStart"/>
    <w:r w:rsidRPr="00AE1EF3">
      <w:rPr>
        <w:sz w:val="18"/>
        <w:szCs w:val="18"/>
      </w:rPr>
      <w:t>In order to</w:t>
    </w:r>
    <w:proofErr w:type="gramEnd"/>
    <w:r w:rsidRPr="00AE1EF3">
      <w:rPr>
        <w:sz w:val="18"/>
        <w:szCs w:val="18"/>
      </w:rPr>
      <w:t xml:space="preserve"> maintain accurate statistics for patient transfers into </w:t>
    </w:r>
    <w:proofErr w:type="gramStart"/>
    <w:r w:rsidRPr="00AE1EF3">
      <w:rPr>
        <w:sz w:val="18"/>
        <w:szCs w:val="18"/>
      </w:rPr>
      <w:t>Region</w:t>
    </w:r>
    <w:proofErr w:type="gramEnd"/>
    <w:r w:rsidRPr="00AE1EF3">
      <w:rPr>
        <w:sz w:val="18"/>
        <w:szCs w:val="18"/>
      </w:rPr>
      <w:t xml:space="preserve"> 8 and to comply with interfacility triage and transfer criteria, all requests to the on-call hospital or physicians for the transfer of unassigned injured patients should be referred and managed through </w:t>
    </w:r>
    <w:proofErr w:type="spellStart"/>
    <w:r w:rsidRPr="00AE1EF3">
      <w:rPr>
        <w:sz w:val="18"/>
        <w:szCs w:val="18"/>
      </w:rPr>
      <w:t>TReC</w:t>
    </w:r>
    <w:proofErr w:type="spellEnd"/>
    <w:r w:rsidRPr="00AE1EF3">
      <w:rPr>
        <w:sz w:val="18"/>
        <w:szCs w:val="18"/>
      </w:rPr>
      <w:t xml:space="preserve">.  </w:t>
    </w:r>
  </w:p>
  <w:p w14:paraId="4F63ED54" w14:textId="77777777" w:rsidR="00BE5A26" w:rsidRPr="00AE1EF3" w:rsidRDefault="00BE5A26" w:rsidP="00BE5A26">
    <w:pPr>
      <w:pStyle w:val="Footer"/>
      <w:numPr>
        <w:ilvl w:val="0"/>
        <w:numId w:val="10"/>
      </w:numPr>
      <w:rPr>
        <w:sz w:val="18"/>
        <w:szCs w:val="18"/>
      </w:rPr>
    </w:pPr>
    <w:r w:rsidRPr="00AE1EF3">
      <w:rPr>
        <w:sz w:val="18"/>
        <w:szCs w:val="18"/>
      </w:rPr>
      <w:t xml:space="preserve">Each hospital will provide care for established patients, stable patients that have requested the facility, or patients arriving to their ED even on the date they are not the designated on-call hospital if they have the capability to do so.  </w:t>
    </w:r>
  </w:p>
  <w:p w14:paraId="47949A5D" w14:textId="77777777" w:rsidR="00BE5A26" w:rsidRPr="00AE1EF3" w:rsidRDefault="00BE5A26" w:rsidP="00BE5A26">
    <w:pPr>
      <w:pStyle w:val="Footer"/>
      <w:numPr>
        <w:ilvl w:val="0"/>
        <w:numId w:val="10"/>
      </w:numPr>
      <w:rPr>
        <w:sz w:val="18"/>
        <w:szCs w:val="18"/>
      </w:rPr>
    </w:pPr>
    <w:r w:rsidRPr="00AE1EF3">
      <w:rPr>
        <w:sz w:val="18"/>
        <w:szCs w:val="18"/>
      </w:rPr>
      <w:t>It is understood that the other hospitals may have to provide back-up coverage for a designated hospital.</w:t>
    </w:r>
  </w:p>
  <w:p w14:paraId="2AF2BC60" w14:textId="77777777" w:rsidR="00BE5A26" w:rsidRPr="00AE1EF3" w:rsidRDefault="00BE5A26" w:rsidP="00BE5A26">
    <w:pPr>
      <w:pStyle w:val="Footer"/>
      <w:numPr>
        <w:ilvl w:val="0"/>
        <w:numId w:val="10"/>
      </w:numPr>
      <w:rPr>
        <w:sz w:val="18"/>
        <w:szCs w:val="18"/>
      </w:rPr>
    </w:pPr>
    <w:r w:rsidRPr="00AE1EF3">
      <w:rPr>
        <w:sz w:val="18"/>
        <w:szCs w:val="18"/>
      </w:rPr>
      <w:t xml:space="preserve">Hospitals will additionally report hand coverage for the day. </w:t>
    </w:r>
  </w:p>
  <w:p w14:paraId="3D317981" w14:textId="1A247443" w:rsidR="00BE5A26" w:rsidRDefault="00BE5A26" w:rsidP="00BE5A26">
    <w:pPr>
      <w:pStyle w:val="ListParagraph"/>
      <w:spacing w:after="0" w:line="240" w:lineRule="auto"/>
      <w:rPr>
        <w:rFonts w:ascii="Arial" w:hAnsi="Arial"/>
        <w:b/>
        <w:sz w:val="20"/>
        <w:szCs w:val="20"/>
        <w:u w:val="single"/>
      </w:rPr>
    </w:pPr>
    <w:r w:rsidRPr="00AE1EF3">
      <w:rPr>
        <w:sz w:val="18"/>
        <w:szCs w:val="18"/>
      </w:rPr>
      <w:t xml:space="preserve">All schedule changes must be made in a timely manner and submitted in writing via email to Alison </w:t>
    </w:r>
    <w:r w:rsidR="0064349F">
      <w:rPr>
        <w:sz w:val="18"/>
        <w:szCs w:val="18"/>
      </w:rPr>
      <w:t>Williams</w:t>
    </w:r>
    <w:r w:rsidRPr="00AE1EF3">
      <w:rPr>
        <w:sz w:val="18"/>
        <w:szCs w:val="18"/>
      </w:rPr>
      <w:t xml:space="preserve"> (</w:t>
    </w:r>
    <w:hyperlink r:id="rId1" w:history="1">
      <w:r w:rsidRPr="00AE1EF3">
        <w:rPr>
          <w:rStyle w:val="Hyperlink"/>
          <w:sz w:val="18"/>
          <w:szCs w:val="18"/>
        </w:rPr>
        <w:t>a</w:t>
      </w:r>
      <w:r w:rsidR="0064349F">
        <w:rPr>
          <w:rStyle w:val="Hyperlink"/>
          <w:sz w:val="18"/>
          <w:szCs w:val="18"/>
        </w:rPr>
        <w:t>Williams</w:t>
      </w:r>
      <w:r w:rsidRPr="00AE1EF3">
        <w:rPr>
          <w:rStyle w:val="Hyperlink"/>
          <w:sz w:val="18"/>
          <w:szCs w:val="18"/>
        </w:rPr>
        <w:t>@okcountymed.org</w:t>
      </w:r>
    </w:hyperlink>
    <w:r w:rsidRPr="00AE1EF3">
      <w:rPr>
        <w:sz w:val="18"/>
        <w:szCs w:val="18"/>
      </w:rPr>
      <w:t xml:space="preserve">.) Weekend trades are due by 12:00 noon on Thursday, and all other trades are due by 8:00 a.m. on the day before the trade. In the event extenuating circumstances occur that do not allow adequate time to meet these deadlines, the hospital CMO or administrator on call should be contacted to make call coverage arrangements with another physician or facility. The hospital representative then must notify both </w:t>
    </w:r>
    <w:proofErr w:type="spellStart"/>
    <w:r w:rsidRPr="00AE1EF3">
      <w:rPr>
        <w:sz w:val="18"/>
        <w:szCs w:val="18"/>
      </w:rPr>
      <w:t>TReC</w:t>
    </w:r>
    <w:proofErr w:type="spellEnd"/>
    <w:r w:rsidRPr="00AE1EF3">
      <w:rPr>
        <w:sz w:val="18"/>
        <w:szCs w:val="18"/>
      </w:rPr>
      <w:t xml:space="preserve"> and EMSA before the schedule change can be accepted.</w:t>
    </w:r>
  </w:p>
  <w:p w14:paraId="2E0F2068" w14:textId="5B9B34B7" w:rsidR="00BE5A26" w:rsidRPr="006D3CEB" w:rsidRDefault="00BE5A26" w:rsidP="00BE5A26">
    <w:pPr>
      <w:pStyle w:val="Footer"/>
      <w:rPr>
        <w:sz w:val="18"/>
        <w:szCs w:val="18"/>
      </w:rPr>
    </w:pPr>
    <w:r w:rsidRPr="006D3CEB">
      <w:rPr>
        <w:sz w:val="18"/>
        <w:szCs w:val="18"/>
      </w:rPr>
      <w:t xml:space="preserve">Drafted: </w:t>
    </w:r>
    <w:r w:rsidRPr="006D3CEB">
      <w:rPr>
        <w:sz w:val="18"/>
        <w:szCs w:val="18"/>
      </w:rPr>
      <w:fldChar w:fldCharType="begin"/>
    </w:r>
    <w:r w:rsidRPr="006D3CEB">
      <w:rPr>
        <w:sz w:val="18"/>
        <w:szCs w:val="18"/>
      </w:rPr>
      <w:instrText xml:space="preserve"> DATE \@ "M/d/yy" </w:instrText>
    </w:r>
    <w:r w:rsidRPr="006D3CEB">
      <w:rPr>
        <w:sz w:val="18"/>
        <w:szCs w:val="18"/>
      </w:rPr>
      <w:fldChar w:fldCharType="separate"/>
    </w:r>
    <w:r w:rsidR="00BB1F37">
      <w:rPr>
        <w:noProof/>
        <w:sz w:val="18"/>
        <w:szCs w:val="18"/>
      </w:rPr>
      <w:t>10/9/26</w:t>
    </w:r>
    <w:r w:rsidRPr="006D3CEB">
      <w:rPr>
        <w:sz w:val="18"/>
        <w:szCs w:val="18"/>
      </w:rPr>
      <w:fldChar w:fldCharType="end"/>
    </w:r>
  </w:p>
  <w:p w14:paraId="06256D2C" w14:textId="6D8EE8A2" w:rsidR="00BE5A26" w:rsidRDefault="00BE5A26">
    <w:pPr>
      <w:pStyle w:val="Footer"/>
    </w:pPr>
  </w:p>
  <w:p w14:paraId="77B5E600" w14:textId="77777777" w:rsidR="00BE5A26" w:rsidRDefault="00BE5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77DFA" w14:textId="77777777" w:rsidR="00290985" w:rsidRDefault="00290985" w:rsidP="00BE5A26">
      <w:pPr>
        <w:spacing w:after="0" w:line="240" w:lineRule="auto"/>
      </w:pPr>
      <w:r>
        <w:separator/>
      </w:r>
    </w:p>
  </w:footnote>
  <w:footnote w:type="continuationSeparator" w:id="0">
    <w:p w14:paraId="512F2021" w14:textId="77777777" w:rsidR="00290985" w:rsidRDefault="00290985" w:rsidP="00BE5A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29F7F70"/>
    <w:multiLevelType w:val="hybridMultilevel"/>
    <w:tmpl w:val="9A0671EC"/>
    <w:lvl w:ilvl="0" w:tplc="07BAC37E">
      <w:start w:val="1"/>
      <w:numFmt w:val="lowerLetter"/>
      <w:lvlText w:val="%1)"/>
      <w:lvlJc w:val="left"/>
      <w:pPr>
        <w:tabs>
          <w:tab w:val="num" w:pos="720"/>
        </w:tabs>
        <w:ind w:left="720" w:hanging="360"/>
      </w:pPr>
    </w:lvl>
    <w:lvl w:ilvl="1" w:tplc="69520C3E" w:tentative="1">
      <w:start w:val="1"/>
      <w:numFmt w:val="lowerLetter"/>
      <w:lvlText w:val="%2)"/>
      <w:lvlJc w:val="left"/>
      <w:pPr>
        <w:tabs>
          <w:tab w:val="num" w:pos="1440"/>
        </w:tabs>
        <w:ind w:left="1440" w:hanging="360"/>
      </w:pPr>
    </w:lvl>
    <w:lvl w:ilvl="2" w:tplc="0D98CECE" w:tentative="1">
      <w:start w:val="1"/>
      <w:numFmt w:val="lowerLetter"/>
      <w:lvlText w:val="%3)"/>
      <w:lvlJc w:val="left"/>
      <w:pPr>
        <w:tabs>
          <w:tab w:val="num" w:pos="2160"/>
        </w:tabs>
        <w:ind w:left="2160" w:hanging="360"/>
      </w:pPr>
    </w:lvl>
    <w:lvl w:ilvl="3" w:tplc="4308154C" w:tentative="1">
      <w:start w:val="1"/>
      <w:numFmt w:val="lowerLetter"/>
      <w:lvlText w:val="%4)"/>
      <w:lvlJc w:val="left"/>
      <w:pPr>
        <w:tabs>
          <w:tab w:val="num" w:pos="2880"/>
        </w:tabs>
        <w:ind w:left="2880" w:hanging="360"/>
      </w:pPr>
    </w:lvl>
    <w:lvl w:ilvl="4" w:tplc="73F04B54" w:tentative="1">
      <w:start w:val="1"/>
      <w:numFmt w:val="lowerLetter"/>
      <w:lvlText w:val="%5)"/>
      <w:lvlJc w:val="left"/>
      <w:pPr>
        <w:tabs>
          <w:tab w:val="num" w:pos="3600"/>
        </w:tabs>
        <w:ind w:left="3600" w:hanging="360"/>
      </w:pPr>
    </w:lvl>
    <w:lvl w:ilvl="5" w:tplc="4DE84488" w:tentative="1">
      <w:start w:val="1"/>
      <w:numFmt w:val="lowerLetter"/>
      <w:lvlText w:val="%6)"/>
      <w:lvlJc w:val="left"/>
      <w:pPr>
        <w:tabs>
          <w:tab w:val="num" w:pos="4320"/>
        </w:tabs>
        <w:ind w:left="4320" w:hanging="360"/>
      </w:pPr>
    </w:lvl>
    <w:lvl w:ilvl="6" w:tplc="78EEAC8C" w:tentative="1">
      <w:start w:val="1"/>
      <w:numFmt w:val="lowerLetter"/>
      <w:lvlText w:val="%7)"/>
      <w:lvlJc w:val="left"/>
      <w:pPr>
        <w:tabs>
          <w:tab w:val="num" w:pos="5040"/>
        </w:tabs>
        <w:ind w:left="5040" w:hanging="360"/>
      </w:pPr>
    </w:lvl>
    <w:lvl w:ilvl="7" w:tplc="03C629E8" w:tentative="1">
      <w:start w:val="1"/>
      <w:numFmt w:val="lowerLetter"/>
      <w:lvlText w:val="%8)"/>
      <w:lvlJc w:val="left"/>
      <w:pPr>
        <w:tabs>
          <w:tab w:val="num" w:pos="5760"/>
        </w:tabs>
        <w:ind w:left="5760" w:hanging="360"/>
      </w:pPr>
    </w:lvl>
    <w:lvl w:ilvl="8" w:tplc="0F987FC8" w:tentative="1">
      <w:start w:val="1"/>
      <w:numFmt w:val="lowerLetter"/>
      <w:lvlText w:val="%9)"/>
      <w:lvlJc w:val="left"/>
      <w:pPr>
        <w:tabs>
          <w:tab w:val="num" w:pos="6480"/>
        </w:tabs>
        <w:ind w:left="6480" w:hanging="360"/>
      </w:pPr>
    </w:lvl>
  </w:abstractNum>
  <w:num w:numId="1" w16cid:durableId="332420985">
    <w:abstractNumId w:val="8"/>
  </w:num>
  <w:num w:numId="2" w16cid:durableId="1095587831">
    <w:abstractNumId w:val="6"/>
  </w:num>
  <w:num w:numId="3" w16cid:durableId="977998582">
    <w:abstractNumId w:val="5"/>
  </w:num>
  <w:num w:numId="4" w16cid:durableId="1975674330">
    <w:abstractNumId w:val="4"/>
  </w:num>
  <w:num w:numId="5" w16cid:durableId="622076054">
    <w:abstractNumId w:val="7"/>
  </w:num>
  <w:num w:numId="6" w16cid:durableId="555358212">
    <w:abstractNumId w:val="3"/>
  </w:num>
  <w:num w:numId="7" w16cid:durableId="1792507528">
    <w:abstractNumId w:val="2"/>
  </w:num>
  <w:num w:numId="8" w16cid:durableId="166218436">
    <w:abstractNumId w:val="1"/>
  </w:num>
  <w:num w:numId="9" w16cid:durableId="320668731">
    <w:abstractNumId w:val="0"/>
  </w:num>
  <w:num w:numId="10" w16cid:durableId="1848327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BC3"/>
    <w:rsid w:val="00116B77"/>
    <w:rsid w:val="00142CC3"/>
    <w:rsid w:val="0015074B"/>
    <w:rsid w:val="00171B0F"/>
    <w:rsid w:val="00192584"/>
    <w:rsid w:val="002721E3"/>
    <w:rsid w:val="00290985"/>
    <w:rsid w:val="0029639D"/>
    <w:rsid w:val="002F7108"/>
    <w:rsid w:val="0030499B"/>
    <w:rsid w:val="00326F90"/>
    <w:rsid w:val="00330143"/>
    <w:rsid w:val="0047504B"/>
    <w:rsid w:val="005172FD"/>
    <w:rsid w:val="00522996"/>
    <w:rsid w:val="00603ACB"/>
    <w:rsid w:val="0064349F"/>
    <w:rsid w:val="00646992"/>
    <w:rsid w:val="007B12C3"/>
    <w:rsid w:val="007B52E0"/>
    <w:rsid w:val="0081407E"/>
    <w:rsid w:val="00815417"/>
    <w:rsid w:val="00837485"/>
    <w:rsid w:val="00AA1D8D"/>
    <w:rsid w:val="00B02C9B"/>
    <w:rsid w:val="00B47730"/>
    <w:rsid w:val="00BB1F37"/>
    <w:rsid w:val="00BD06D8"/>
    <w:rsid w:val="00BD3244"/>
    <w:rsid w:val="00BE5A26"/>
    <w:rsid w:val="00C63E34"/>
    <w:rsid w:val="00C74AEE"/>
    <w:rsid w:val="00CB0664"/>
    <w:rsid w:val="00CD5DEF"/>
    <w:rsid w:val="00D629A0"/>
    <w:rsid w:val="00DC2356"/>
    <w:rsid w:val="00E40E6A"/>
    <w:rsid w:val="00F004E4"/>
    <w:rsid w:val="00F36B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0B5E72"/>
  <w14:defaultImageDpi w14:val="300"/>
  <w15:docId w15:val="{3317ABF4-B3EE-429B-BAAD-682F472D7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BE5A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fink@okcountyme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116</Words>
  <Characters>665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Alison Williams</cp:lastModifiedBy>
  <cp:revision>2</cp:revision>
  <dcterms:created xsi:type="dcterms:W3CDTF">2026-10-09T16:04:00Z</dcterms:created>
  <dcterms:modified xsi:type="dcterms:W3CDTF">2026-10-09T16:04:00Z</dcterms:modified>
  <cp:category/>
</cp:coreProperties>
</file>